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التحريرية الجزائرية ( 1954 - 1962 )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نبيل شريخي/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9789961025369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الثورة التحريرية الجزائرية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تاريخ الجزائر ( 965 )/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