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اللغة الموسيقية : مفاهيم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سوادة العمري/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9789961025352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الموسيقية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موسيقى ( 780 )/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