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إلى وسائل الإعلام والاتصال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فضيل دليو/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9789961025321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وسائل الإعلام والاتصال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تفاعل إجتماعي ( 302 )/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