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التوكيد بين النحو والبلاغة في جزء تبارك من القرآن الكريم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مرحوم رقية 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ما أع/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البلاغة/ التوكيد/ المؤكدات/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