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كاء الاقتصا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صطفى يوسف كا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7071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 (330)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