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السكوت في المحادثات الرقمية مقاربة تداولية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زعبال، ميساء/ ياسة ظريفة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