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البيداغوجية للأخطاء اللغوية في الوضعية الإدماجية لسنة الأولى متوسط من التعليم المتوسط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سواعدي ،هاجر/ طراد أنور (مشرفا)/ فقراوي، لميس/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