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الأنشطة اللغوية في تطوير مهارات التمييز السمعي والبصري لمتعلمي التربية التحضيرية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بري، بشرى/ هالة سليمة (مشرفا)/ طويل ،كوثر/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