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حفظ المتون النحوية في تعليمية اللغة العربية  احمرار بن بونا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سباحة ،صبرينة/ يوسف يحياوي(مشرفا)/ خالد، يسرى/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