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الهوية اللغوية في منشورات مواقع التواصل الاجتماعي مقاربة في ضوء اللسانيات الاجتماعية الفيسبوك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أورنادر، أميرة/ بخوش ،شهيناز/ خنطوط اسماعيل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جامعة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800464211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