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الكلمات الفرنسية ذات الأصل العربي في المعجم التأثيلي الفرنسي: دراسة صوتية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زميش، إيمان/ شوارفة، مريم/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800464311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