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المسالة اللغوية في الجزائر بين المواقف المشجعة والاتجاهات المضادة قراءة في كتاب اللغة ومعركة الهوية في الجزائر لعبد القادر فضيل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بوجانة ،منال/ سباعي ،آية/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