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قضايا معاصرة اللسانيات التطبيقية لصلاح ناصر الشويرخ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بوطانة ،إلهام/ سيرين ،رحال/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