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في شعر السعيد الزاهري  دراسة في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ناصري، خديجة/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