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فونولوجيا الحركات في الدرس الصوتي العربي الحديث قراءة في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بجعيط، سمية/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