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افريقية في رواية الطانفا للصديق حاج احمد الزي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طرش، شيماء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