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الرقمي في نمو الخدمات المصرفيةوالمالية دراسة عينة من عملاء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سويكي نسيم/ لطيف وليد(مشرفا)/ بوالهوشات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تسويق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