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القيادة بالحب على الإلتزام الوظيفي دراسة على عينةمن أساتذة جامعةميلة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بوصبع إيمان/ بولحليب سارة/ خلوفي سفيان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