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النظام الملعلوماتي المدمج progres على عصرنة مؤسسات التعليم العالي "دراسة حالة عينةمن موظفي جامعةميلة"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إكرام/ ملول نورالهدى/ أسامة سنوسي(مشرفا)/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