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Scream to Survive(S2S) : Intelligent System to Life-Saving in Disasters Relief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BOUZERAA Yehya/ SERRAR Aissa/ LALOU Mohammed (Président),BOUCHEMAL Nardjes( Rapporteur),SELMANESamir (Examinateur)/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00433911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