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الأساليب النحوية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محسن علي عطية/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المناهج/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9789957181475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قواعد اللغة/ اللغة العربية/ الأسلوب الأدبي/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