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الأسلوبية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يوسف أبو العدوس/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 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دار المسيرة/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335ص.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9789957063405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الأسلوب الأدبي/ الأدب العربي/ النقد الأدبي/ التحليل الأدبي/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