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البنى الشعرية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الله رضوان/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9789957120313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المدينة/ الشعر العربي الحديث/ عرار شاعر الأردن/ عز الدين المناصرة/ أدباء أردنيون/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