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التحليل الادبي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أحمد جمعة أحمد نايل/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الوفاء للطباعة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800041010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التحليل الأدبي/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