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عفيف عبد الرحمان/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9789957380809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النقد في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