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اللسانيات ونحو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9789957063887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