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المتوقع واللا متوقع في شعر المتنبي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نوال مصطفى إبراهيم/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9789957380960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الشعر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