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فنون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 كامل الخويسكي/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فنون بيانية/ فنون بديعية/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