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في علم اللغة ومناهج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الهدى لوشن/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اللغة/ مناهج البحث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