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مقدمة ابن خلدون/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