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السيوفي/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الدولية/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6222006697853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