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المغرب العربي الكبير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شوقي الجمل/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 المصري/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المغرب العربي/ الأطماع الأجنبية/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