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مغربية وأ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ال السيد أبو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إسلامي/ حضارة الأندلس/ حضارة المغ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