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عباس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الإسلام/ الثقافة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