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الحجاج في الشعر العربي القديم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ا د سامية الدريدي/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جدارا للكتاب العالمي/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490ص.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9789957700126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النقد/ الشعر العربي/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