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اللسانيات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سمير شريف استيتية/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800113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اللسانيات/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