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تدريس اللغات/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