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الإجتماعي وتحولاته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الوهاب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