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الشعر وفلسفته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التصوف الإسلامي/ الطرق الصوفية/ الشعر الديني/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