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بشير إبرير/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النصوص 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