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البصري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يحي عطية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9789957466503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الدراسات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