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روضة المحاسن و عمدة المحاسن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منجد مصطفى بهجت/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أدب المناظرات/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