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وخطاب النقد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عبد السلام المسدي/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الجديد/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9789959290694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