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الأسلوبية والأسلوب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9789959292964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النقد الأدبي/ اللسانيات/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