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الأنظمة السيميائية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هيثم سرحان/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السرد العربي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