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والسياقات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الاتصال/ التلقي/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