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المعنى وظلال المعنى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محمد محمد يونس علي/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المدار الإسلامي/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9789959293831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الدلالة/ التخاطب/ المستوي الصياتي/ المستوي التصريفي/ المستوى التركيبي/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