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9789959292346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اللغة/ المدارس اللسانية/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