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القارىء في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سوزان روبين سليمان/ إنجي كروسمان/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9789959292827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النصوص الأدبية/ القراءة/ الجمهور/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