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الأندلس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ماريا روزا مينوكال/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الاسلام/ تاريخ الأندلس/ الثقافة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